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1: Matter or Not?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 practice. Matter has mass and takes up space. Tick one box and give your evidence.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1152"/>
        <w:gridCol w:w="1440"/>
        <w:gridCol w:w="5184"/>
      </w:tblGrid>
      <w:tr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Item</w:t>
            </w:r>
          </w:p>
        </w:tc>
        <w:tc>
          <w:tcPr>
            <w:tcW w:type="dxa" w:w="115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Matter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matter</w:t>
            </w:r>
          </w:p>
        </w:tc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evidence (mass? takes up space?)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rock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air in a balloon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light from a lamp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apple juice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sound of a drum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cloud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heat from the sun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thought or idea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steam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sand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shadow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milk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Is air matter? Draw the cup and paper towel test, then explain what it shows.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My drawing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What it shows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Grade 6 challenge: A friend says a shadow is matter because you can see it. Do you agree? Why?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